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keepLines w:val="0"/>
      </w:pPr>
      <w:r>
        <w:rPr>
          <w:b/>
        </w:rPr>
        <w:t>内景 便利店 - 夜</w:t>
      </w:r>
    </w:p>
    <w:p>
      <w:pPr>
        <w:keepLines w:val="0"/>
      </w:pPr>
      <w:r>
        <w:rPr>
          <w:b w:val="0"/>
        </w:rPr>
        <w:t>暴雨敲打玻璃。便利店只开着一排灯。林夏把背包抵在柜台边，一只手攥着末班车票，另一只手不停擦手机屏幕。</w:t>
      </w:r>
    </w:p>
    <w:p>
      <w:pPr>
        <w:keepLines w:val="0"/>
      </w:pPr>
      <w:r>
        <w:rPr>
          <w:b w:val="0"/>
        </w:rPr>
        <w:t>屏幕上是一条没有发送的消息：“我今晚走。”收件人是母亲。她删掉“今晚”，又把整句话删掉。</w:t>
      </w:r>
    </w:p>
    <w:p>
      <w:pPr>
        <w:keepLines w:val="0"/>
      </w:pPr>
      <w:r>
        <w:rPr>
          <w:b w:val="0"/>
        </w:rPr>
        <w:t>阿城从门外进来，裤脚滴水。他把一封旧信放在车票旁。信封上的“林夏收”被反复描过。</w:t>
      </w:r>
    </w:p>
    <w:p>
      <w:pPr>
        <w:keepNext/>
        <w:keepLines w:val="0"/>
        <w:spacing w:after="0"/>
        <w:ind w:left="3168"/>
      </w:pPr>
      <w:r>
        <w:rPr>
          <w:b w:val="0"/>
        </w:rPr>
        <w:t>林夏</w:t>
      </w:r>
    </w:p>
    <w:p>
      <w:pPr>
        <w:keepLines w:val="0"/>
        <w:ind w:left="1440" w:right="2160"/>
      </w:pPr>
      <w:r>
        <w:rPr>
          <w:b w:val="0"/>
        </w:rPr>
        <w:t>她让你来的？</w:t>
      </w:r>
    </w:p>
    <w:p>
      <w:pPr>
        <w:keepNext/>
        <w:keepLines w:val="0"/>
        <w:spacing w:after="0"/>
        <w:ind w:left="3168"/>
      </w:pPr>
      <w:r>
        <w:rPr>
          <w:b w:val="0"/>
        </w:rPr>
        <w:t>阿城</w:t>
      </w:r>
    </w:p>
    <w:p>
      <w:pPr>
        <w:keepLines w:val="0"/>
        <w:ind w:left="1440" w:right="2160"/>
      </w:pPr>
      <w:r>
        <w:rPr>
          <w:b w:val="0"/>
        </w:rPr>
        <w:t>信一直在她抽屉里。搬柜子才找到。</w:t>
      </w:r>
    </w:p>
    <w:p>
      <w:pPr>
        <w:keepLines w:val="0"/>
      </w:pPr>
      <w:r>
        <w:rPr>
          <w:b w:val="0"/>
        </w:rPr>
        <w:t>林夏把信推回去。阿城没有接。</w:t>
      </w:r>
    </w:p>
    <w:p>
      <w:pPr>
        <w:keepNext/>
        <w:keepLines w:val="0"/>
        <w:spacing w:after="0"/>
        <w:ind w:left="3168"/>
      </w:pPr>
      <w:r>
        <w:rPr>
          <w:b w:val="0"/>
        </w:rPr>
        <w:t>林夏</w:t>
      </w:r>
    </w:p>
    <w:p>
      <w:pPr>
        <w:keepLines w:val="0"/>
        <w:ind w:left="1440" w:right="2160"/>
      </w:pPr>
      <w:r>
        <w:rPr>
          <w:b w:val="0"/>
        </w:rPr>
        <w:t>那就放回去。</w:t>
      </w:r>
    </w:p>
    <w:p>
      <w:pPr>
        <w:keepLines w:val="0"/>
      </w:pPr>
      <w:r>
        <w:rPr>
          <w:b w:val="0"/>
        </w:rPr>
        <w:t>门外亮起车灯。林夏抓起背包，信封被背带扫落在地。她停了一下，弯腰拾起，却没有拆。</w:t>
      </w:r>
    </w:p>
    <w:p>
      <w:pPr>
        <w:keepNext/>
        <w:keepLines w:val="0"/>
      </w:pPr>
      <w:r>
        <w:rPr>
          <w:b/>
        </w:rPr>
        <w:t>外景 便利店门口 - 夜</w:t>
      </w:r>
    </w:p>
    <w:p>
      <w:pPr>
        <w:keepLines w:val="0"/>
      </w:pPr>
      <w:r>
        <w:rPr>
          <w:b w:val="0"/>
        </w:rPr>
        <w:t>车门打开。雨水顺着雨棚边沿落下。林夏站在雨棚下，把车票伸出，又缩回袖口。阿城跟出来，隔着一步站住。</w:t>
      </w:r>
    </w:p>
    <w:p>
      <w:pPr>
        <w:keepNext/>
        <w:keepLines w:val="0"/>
        <w:spacing w:after="0"/>
        <w:ind w:left="3168"/>
      </w:pPr>
      <w:r>
        <w:rPr>
          <w:b w:val="0"/>
        </w:rPr>
        <w:t>阿城</w:t>
      </w:r>
    </w:p>
    <w:p>
      <w:pPr>
        <w:keepLines w:val="0"/>
        <w:ind w:left="1440" w:right="2160"/>
      </w:pPr>
      <w:r>
        <w:rPr>
          <w:b w:val="0"/>
        </w:rPr>
        <w:t>拆不拆，都不用回她。</w:t>
      </w:r>
    </w:p>
    <w:p>
      <w:pPr>
        <w:keepNext/>
        <w:keepLines w:val="0"/>
        <w:spacing w:after="0"/>
        <w:ind w:left="3168"/>
      </w:pPr>
      <w:r>
        <w:rPr>
          <w:b w:val="0"/>
        </w:rPr>
        <w:t>林夏</w:t>
      </w:r>
    </w:p>
    <w:p>
      <w:pPr>
        <w:keepLines w:val="0"/>
        <w:ind w:left="1440" w:right="2160"/>
      </w:pPr>
      <w:r>
        <w:rPr>
          <w:b w:val="0"/>
        </w:rPr>
        <w:t>你倒替她想好了。</w:t>
      </w:r>
    </w:p>
    <w:p>
      <w:pPr>
        <w:keepLines w:val="0"/>
      </w:pPr>
      <w:r>
        <w:rPr>
          <w:b w:val="0"/>
        </w:rPr>
        <w:t>司机按了一声喇叭。林夏走到车门前，发现信封沾着的水已经洇进字里。她用掌心盖住名字。</w:t>
      </w:r>
    </w:p>
    <w:p>
      <w:pPr>
        <w:keepNext/>
        <w:keepLines w:val="0"/>
        <w:spacing w:after="0"/>
        <w:ind w:left="3168"/>
      </w:pPr>
      <w:r>
        <w:rPr>
          <w:b w:val="0"/>
        </w:rPr>
        <w:t>林夏</w:t>
      </w:r>
    </w:p>
    <w:p>
      <w:pPr>
        <w:keepNext/>
        <w:keepLines w:val="0"/>
        <w:spacing w:after="0"/>
        <w:ind w:left="1440" w:right="2160"/>
      </w:pPr>
      <w:r>
        <w:rPr>
          <w:b w:val="0"/>
        </w:rPr>
        <w:t>（没有回头）</w:t>
      </w:r>
    </w:p>
    <w:p>
      <w:pPr>
        <w:keepLines w:val="0"/>
        <w:ind w:left="1440" w:right="2160"/>
      </w:pPr>
      <w:r>
        <w:rPr>
          <w:b w:val="0"/>
        </w:rPr>
        <w:t>那年她为什么没寄？</w:t>
      </w:r>
    </w:p>
    <w:p>
      <w:pPr>
        <w:keepNext/>
        <w:keepLines w:val="0"/>
        <w:spacing w:after="0"/>
        <w:ind w:left="3168"/>
      </w:pPr>
      <w:r>
        <w:rPr>
          <w:b w:val="0"/>
        </w:rPr>
        <w:t>阿城</w:t>
      </w:r>
    </w:p>
    <w:p>
      <w:pPr>
        <w:keepLines w:val="0"/>
        <w:ind w:left="1440" w:right="2160"/>
      </w:pPr>
      <w:r>
        <w:rPr>
          <w:b w:val="0"/>
        </w:rPr>
        <w:t>我没问。</w:t>
      </w:r>
    </w:p>
    <w:p>
      <w:pPr>
        <w:keepLines w:val="0"/>
      </w:pPr>
      <w:r>
        <w:rPr>
          <w:b w:val="0"/>
        </w:rPr>
        <w:t>车门发出提示音。林夏退回雨棚，朝司机抬了抬手。车门合上。车灯掠过两人，驶入雨幕。</w:t>
      </w:r>
    </w:p>
    <w:p>
      <w:pPr>
        <w:keepNext/>
        <w:keepLines w:val="0"/>
      </w:pPr>
      <w:r>
        <w:rPr>
          <w:b/>
        </w:rPr>
        <w:t>内景 便利店 - 夜</w:t>
      </w:r>
    </w:p>
    <w:p>
      <w:pPr>
        <w:keepLines w:val="0"/>
      </w:pPr>
      <w:r>
        <w:rPr>
          <w:b w:val="0"/>
        </w:rPr>
        <w:t>林夏重新把背包放上柜台。阿城取来纸巾，只放在她手边。他转过身，拧干自己的袖口。</w:t>
      </w:r>
    </w:p>
    <w:p>
      <w:pPr>
        <w:keepLines w:val="0"/>
      </w:pPr>
      <w:r>
        <w:rPr>
          <w:b w:val="0"/>
        </w:rPr>
        <w:t>林夏沿着信封已经开胶的一角，慢慢把信抽出来。里面夹着一张旧车票。她把两张票并排放好：同一个终点，相差十年。</w:t>
      </w:r>
    </w:p>
    <w:p>
      <w:pPr>
        <w:keepNext/>
        <w:keepLines w:val="0"/>
        <w:spacing w:after="0"/>
        <w:ind w:left="3168"/>
      </w:pPr>
      <w:r>
        <w:rPr>
          <w:b w:val="0"/>
        </w:rPr>
        <w:t>林夏</w:t>
      </w:r>
    </w:p>
    <w:p>
      <w:pPr>
        <w:keepLines w:val="0"/>
        <w:ind w:left="1440" w:right="2160"/>
      </w:pPr>
      <w:r>
        <w:rPr>
          <w:b w:val="0"/>
        </w:rPr>
        <w:t>她也去过？</w:t>
      </w:r>
    </w:p>
    <w:p>
      <w:pPr>
        <w:keepNext/>
        <w:keepLines w:val="0"/>
        <w:spacing w:after="0"/>
        <w:ind w:left="3168"/>
      </w:pPr>
      <w:r>
        <w:rPr>
          <w:b w:val="0"/>
        </w:rPr>
        <w:t>阿城</w:t>
      </w:r>
    </w:p>
    <w:p>
      <w:pPr>
        <w:keepLines w:val="0"/>
        <w:ind w:left="1440" w:right="2160"/>
      </w:pPr>
      <w:r>
        <w:rPr>
          <w:b w:val="0"/>
        </w:rPr>
        <w:t>你问她。</w:t>
      </w:r>
    </w:p>
    <w:p>
      <w:pPr>
        <w:keepLines w:val="0"/>
      </w:pPr>
      <w:r>
        <w:rPr>
          <w:b w:val="0"/>
        </w:rPr>
        <w:t>林夏看着信。字很少。她的拇指在一处水痕上停住，移开，把信折回原来的折痕。</w:t>
      </w:r>
    </w:p>
    <w:p>
      <w:pPr>
        <w:keepNext/>
        <w:keepLines w:val="0"/>
        <w:spacing w:after="0"/>
        <w:ind w:left="3168"/>
      </w:pPr>
      <w:r>
        <w:rPr>
          <w:b w:val="0"/>
        </w:rPr>
        <w:t>林夏</w:t>
      </w:r>
    </w:p>
    <w:p>
      <w:pPr>
        <w:keepLines w:val="0"/>
        <w:ind w:left="1440" w:right="2160"/>
      </w:pPr>
      <w:r>
        <w:rPr>
          <w:b w:val="0"/>
        </w:rPr>
        <w:t>你是不是还得回去送柜子？</w:t>
      </w:r>
    </w:p>
    <w:p>
      <w:pPr>
        <w:keepLines w:val="0"/>
      </w:pPr>
      <w:r>
        <w:rPr>
          <w:b w:val="0"/>
        </w:rPr>
        <w:t>阿城点头，把湿外套重新穿上。他等着，没有催。</w:t>
      </w:r>
    </w:p>
    <w:p>
      <w:pPr>
        <w:keepNext/>
        <w:keepLines w:val="0"/>
      </w:pPr>
      <w:r>
        <w:rPr>
          <w:b/>
        </w:rPr>
        <w:t>外景 便利店门口 - 夜</w:t>
      </w:r>
    </w:p>
    <w:p>
      <w:pPr>
        <w:keepLines w:val="0"/>
      </w:pPr>
      <w:r>
        <w:rPr>
          <w:b w:val="0"/>
        </w:rPr>
        <w:t>雨小了。阿城撑开一把伞。林夏把新车票折进信封，将信封放进背包内袋，拉好拉链。</w:t>
      </w:r>
    </w:p>
    <w:p>
      <w:pPr>
        <w:keepNext/>
        <w:keepLines w:val="0"/>
        <w:spacing w:after="0"/>
        <w:ind w:left="3168"/>
      </w:pPr>
      <w:r>
        <w:rPr>
          <w:b w:val="0"/>
        </w:rPr>
        <w:t>林夏</w:t>
      </w:r>
    </w:p>
    <w:p>
      <w:pPr>
        <w:keepLines w:val="0"/>
        <w:ind w:left="1440" w:right="2160"/>
      </w:pPr>
      <w:r>
        <w:rPr>
          <w:b w:val="0"/>
        </w:rPr>
        <w:t>我只帮你搬到门口。</w:t>
      </w:r>
    </w:p>
    <w:p>
      <w:pPr>
        <w:keepNext/>
        <w:keepLines w:val="0"/>
        <w:spacing w:after="0"/>
        <w:ind w:left="3168"/>
      </w:pPr>
      <w:r>
        <w:rPr>
          <w:b w:val="0"/>
        </w:rPr>
        <w:t>阿城</w:t>
      </w:r>
    </w:p>
    <w:p>
      <w:pPr>
        <w:keepLines w:val="0"/>
        <w:ind w:left="1440" w:right="2160"/>
      </w:pPr>
      <w:r>
        <w:rPr>
          <w:b w:val="0"/>
        </w:rPr>
        <w:t>行。</w:t>
      </w:r>
    </w:p>
    <w:p>
      <w:pPr>
        <w:keepLines w:val="0"/>
      </w:pPr>
      <w:r>
        <w:rPr>
          <w:b w:val="0"/>
        </w:rPr>
        <w:t>两人走进与公交车相反方向的巷子。便利店的灯在身后灭掉。</w:t>
      </w:r>
    </w:p>
    <w:sectPr w:rsidR="00FC693F" w:rsidRPr="0006063C" w:rsidSect="00034616">
      <w:pgSz w:w="12240" w:h="15840"/>
      <w:pgMar w:top="1440" w:right="1440" w:bottom="1440" w:left="21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exact" w:after="240"/>
    </w:pPr>
    <w:rPr>
      <w:rFonts w:ascii="Courier Prime" w:hAnsi="Courier Prime" w:eastAsia="Microsoft YaHei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末班车 Word 导入练习</dc:title>
  <dc:subject/>
  <dc:creator>剧本工坊教学中心</dc:creator>
  <cp:keywords/>
  <dc:description>原创教学导入样本；正式排版请对照参考 PDF。</dc:description>
  <cp:lastModifiedBy>剧本工坊教学中心</cp:lastModifiedBy>
  <cp:revision>1</cp:revision>
  <dcterms:created xsi:type="dcterms:W3CDTF">2013-12-23T23:15:00Z</dcterms:created>
  <dcterms:modified xsi:type="dcterms:W3CDTF">2013-12-23T23:15:00Z</dcterms:modified>
  <cp:category/>
</cp:coreProperties>
</file>